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– הסוד הקטן שמניע את האופניים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פרטים מתוך טקסט מידעי על הילוכי אופניים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משפיע שילוב הגלגלים על קלות הדיווש והמהירות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הסקת מסקנות מתוך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פרטים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גלגל קטן מקדימה וגלגל גדול מאחור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גלגל גדול מקדימה וגלגל קטן מאחור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שרשרת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קל יותר לדווש אך לאט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קשה יותר לדווש אך מהיר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שילוב כזה מקל על הדיווש בעלייה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בירידה עדיף גלגל גדול מקדימה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כל הילוך מתאים למצב דרך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הילוך קל דווקא מקל על הדיווש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השילוב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(הילוך מתאים לעלייה)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(הילוך מתאים למישור ולירידה)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(מעבירה את הכוח בין הגלגלים)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(קל לדווש, מהירות נמוכה)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(קשה לדווש, מהירות גבוהה)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החלפת ההילוך בעלייה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לתחילת העלייה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מחליפים לגלגל קטן מקדימה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מחליפים לגלגל גדול מאחור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מדוושים בקלות יחסית עד לראש העלייה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בעקבות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לכלול: הילוך מתאים מקל על הדיווש בעלייה, מאפשר מהירות גבוהה יותר במישור או בירידה, ועוזר לרכיבה נוחה ובטוחה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גלגל קטן מקדימה וגלגל גדול מאחור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מעבירה את הכוח מהדיווש לגלגלים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הילוך קל מקל על הדיווש אך מאט, הילוך כבד מקשה על הדיווש אך מהיר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את עקרון ההילוכים בעזרת אופניים אמיתיים או תמונה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הטקסט פעם נוספת לפני מילוי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– הסוד הקטן שמניע את האופניים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מוסבר איך פועלים ההילוכים באופניים, ואיך בוחרים שילוב מתאים של גלגלים בעלייה, בירידה ובמישור.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פרטים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הילוך מתאים לעלייה?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גלגל גדול מקדימה וגלגל קטן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צורך להחליף הילוך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גלגל קטן מקדימה וגלגל גדול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 גלגלים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הילוך מתאים לירידה או למישור מהיר?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גלגל קטן מקדימה וגלגל גדול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גלגל גדול מקדימה וגלגל קטן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גלגלים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באופניים אין הילוכים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מחבר בין הגלגל הקדמי לגלגל האחורי?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שרשרת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כשרוכבים בהילוך קל בעלייה?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 יותר לדווש אך לאט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 יותר לדווש אך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האופניים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כשרוכבים בהילוך כבד במישור?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 לדווש אך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 יותר לדווש אך מהיר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האופניים לא זזים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לרדת מהאופניים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בעלייה כדאי לבחור גלגל קטן מקדימה וגלגל גדול מאחור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בירידה עדיף גלגל קטן מקדימה וגלגל קטן מאחור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השרשרת היא זו שמעבירה את הכוח מהדיווש לגלגלים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שום הבדל בין הילוך לעלייה להילוך למישור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הילוך קל הופך את הדיווש לקשה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בעלייה מומלץ להשתמש בגלגל __________ מקדימה וגלגל גדול מאחור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מחברת בין הגלגלים ומעבירה את הכוח מהרגליים לגלגלים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במישור או בירידה אפשר להשתמש בגלגל גדול מקדימה כדי לנסוע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כשההילוך קל, הדיווש __________ אבל האופניים נעים לאט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השילוב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גלגל קטן מקדימה + גלגל גדול מאחור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מעבירה את הכוח בין הגלגלים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גלגל גדול מקדימה + גלגל קטן מאחור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קשה לדווש, מהירות גבוהה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שרשרת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הילוך מתאים למישור ולירידה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הילוך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הילוך מתאים לעלייה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הילוך כבד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קל לדווש, מהירות נמוכה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החלפת ההילוך בעלייה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מחליפים לגלגל גדול מאחור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מדוושים בקלות יחסית עד לראש העלייה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מחליפים לגלגל קטן מקדימה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לתחילת העלייה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בעקבות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חשוב לדעת להחליף הילוכים כשרוכבים על אופניים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הילוך מתאים לעלייה?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השרשרת באופניים?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הילוך קל להילוך כבד?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הבנת הנקרא – הסוד הקטן שמניע את האופניים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