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מתוך טקסט מידעי על הילוכי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משפיע שילוב הגלגלים על קלות הדיווש והמהירות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גלגל קטן מקדימה וגלגל 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 גדול מקדימה וגלגל קטן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קל יותר לדווש אך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קשה יותר לדווש אך מהיר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שילוב כזה מקל על הדיווש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בירידה עדיף גלגל גדול מקדימה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הילוך מתאים למצב דרך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הילוך קל דווקא מקל על הדיווש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השילוב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(הילוך מתאים לעלייה)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(הילוך מתאים למישור ולירידה)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(מעבירה את הכוח בין הגלגלים)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 לדווש, מהירות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(קשה לדווש, מהירות גבוהה)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החלפת ההילוך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לתחילת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מחליפים לגלגל קטן מקדימה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מחליפים לגלגל 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מדוושים בקלות יחסית עד לראש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הילוך מתאים מקל על הדיווש בעלייה, מאפשר מהירות גבוהה יותר במישור או בירידה, ועוזר לרכיבה נוחה ובטוחה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מעבירה את הכוח מהדיווש לגלגלים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הילוך קל מקל על הדיווש אך מאט, הילוך כבד מקשה על הדיווש אך מהיר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עקרון ההילוכים בעזרת אופניים אמיתיים או תמונה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פעם נוספת לפני מילוי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איך עובדים ההילוכים באופניים. יש גלגל קדמי וגלגל אחורי, וצריך לבחור הילוך מתאים לעלייה או לירידה.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הילוך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של גלגלי שיניים שקובע כמה קל או קשה לדווש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קדמי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השיניים שליד הדוושות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אחורי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השיניים שליד הגלגל האחורי של האופניים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שמחבר בין הגלגלים ומעביר את הכוח מהרגליים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דרך שעולה כלפי 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דרך שיורד כלפי 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קשה או קל לבצע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הילוך כדאי להשתמש בו כשעולים במעלה 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צורך להחליף הילוך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גלגלים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הילוך מתאים כשנוסעים מהר בשטח 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גלגלים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באופניים אין הילוכים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מעביר את הכוח בין שני הגלגלים?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מרגישים כשבוחרים הילוך קל בעלייה?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לדווש אך לאט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יותר לדווש אך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האופניים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כשבוחרים הילוך כבד בדרך ישרה?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לדווש אך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יותר לדווש אך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האופניים לא זזים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לרדת מהאופניים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בעלייה כדאי לבחור גלגל קטן מקדימה וגלגל גדול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עדיף גלגל קטן מקדימה וגלגל קטן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היא זו שמעבירה את הכוח מהדיווש לגלגלים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הילוך לעלייה להילוך למישור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הילוך קל הופך את הדיווש לקשה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בעלייה מומלץ להשתמש בגלגל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מחברת בין הגלגלים ומעבירה את הכוח מהרגליים לגלגלים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במישור או בירידה אפשר להשתמש בגלגל גדול מקדימה כדי לנסוע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כשההילוך קל, הדיווש __________ אבל האופניים נעים לאט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השילוב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גלגל קטן מקדימה + גלגל 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הילוך מתאים לעלייה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גדול מקדימה + גלגל קטן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 לדווש, מהירות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קשה לדווש, מהירות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הילוך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מעבירה את הכוח בין הגלגלים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הילוך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הילוך מתאים למישור ולירידה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החלפת ההילוך בעלייה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לגלגל גדול מאחור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מדוושים בקלות יחסית עד לראש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לגלגל קטן מקדימה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לתחילת העלייה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לדעת להחליף הילוכים כשרוכבים על אופניים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הילוך מתאים לעלייה?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הילוך קל להילוך 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