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מתוך טקסט מידעי על הילוכי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משפיע שילוב הגלגלים על קלות הדיווש והמהירות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גלגל קטן מקדימה וגלגל 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גלגל גדול מקדימה וגלגל קטן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שרשרת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שילוב כזה מקל על הדיווש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בירידה עדיף גלגל גדול מקדימה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השילוב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(הילוך מתאים לעלייה)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(מעבירה את הכוח בין הגלגלים)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(קל לדווש, מהירות נמוכה)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החלפת ההילוך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לתחילת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מחליפים לגלגל קטן מקדימה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מדוושים בקלות יחסית עד לראש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קטן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מעבירה את הכוח מהדיווש לגלגלים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הילוך קל מקל על הדיווש אך מאט, הילוך כבד מקשה על הדיווש אך מהיר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עקרון ההילוכים בעזרת אופניים אמיתיים או תמונה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פעם נוספת לפני מילוי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מוסבר איך פועלים ההילוכים באופניים, ואיך בוחרים שילוב מתאים של גלגלים בעלייה, בירידה ובמישור.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שרשרת  ·  קטן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הילוך מתאים לעלייה?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גלגל גדול מקדימה וגלגל 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צורך להחליף הילוך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גלגל קטן מקדימה וגלגל 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הילוך מתאים לירידה או למישור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גלגל קטן מקדימה וגלגל 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גלגל גדול מקדימה וגלגל 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גלגלים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מחבר בין הגלגל הקדמי לגלגל האחורי?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שרשרת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כידון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בעלייה כדאי לבחור גלגל קטן מקדימה וגלגל גדול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בירידה עדיף גלגל קטן מקדימה וגלגל קטן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בעלייה מומלץ להשתמש בגלגל __________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מחברת בין הגלגלים ומעבירה את הכוח מהרגליים לגלגלים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השילוב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גלגל קטן מקדימה + גלגל גדול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מעבירה את הכוח בין הגלגלים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קל לדווש, מהירות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הילוך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הילוך מתאים לעלייה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החלפת ההילוך בעלייה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מדוושים בקלות יחסית עד לראש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לתחילת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מחליפים לגלגל קטן מקדימה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בעקבות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הילוך מתאים לעלייה?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השרשרת באופניים?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הסוד הקטן שמניע את האופניים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